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והתאמות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הגיל ואת סוגי המסלולים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מסלול רגיל, חנ״מ ועולים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התאמות מתאימות לכל 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גשר העשרה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הלב: הכנה לבגרות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בטבלת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במפת ההתאמות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גשר 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הלב: הכנה לבגרות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(גשר העשרה)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(גשר לתיכון)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(הלב: הכנה לבגרות)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הבחירה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שכבה: יסודי, חט״ב או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סוג מסלול: רגיל, חנ״מ או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ההגדרה נשמרת במכשיר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עמודי האתר משתנים בהתאם לבחירה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ותלמידה יקבלו תוכן והתאמות שמתאימות להם, לפי גיל, קצב למידה או שליטה בעברית.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חנ״מ כולל התאמות כמו הקראה ורמזים; רגיל ללא התאמות מיוחדות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יסודי-גשר העשרה, חט״ב-גשר לתיכון, תיכון-הלב: הכנה לבגרות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עמודי האתר משתנים בהתאם לבחירה שנשמרת במכשיר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לכיתה את מסך בחירת המסלולים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להתאמות שהתלמידים מכירים מהכיתה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במסלול חנ״מ ניתן לקרוא את המשימות בקול ולוותר על חלק מהפריטים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🎓 ספרות לבגרות 8281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מסלולים והתאמות באתר ספרות לבגרות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הספרות אפשר לבחור שכבת גיל (יסודי, חט״ב, תיכון) וסוג מסלול (רגיל, חנ״מ, עולים). כל בחירה משנה את הטקסטים, המשחקים וההתאמות בכל עמודי האתר.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הלב: הכנה לבגרות  ·  גשר לתיכון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ספר מיועד לשכבת היסודי?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גשר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גשר לתיכון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הלב: הכנה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ספר מיועד לשכבת התיכון?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גשר העשרה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הלב: הכנה לבגרות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גשר לתיכון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בשכבת היסודי במסלול חנ״מ יש כפתור הקראה ליד כל 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במסלול הרגיל בתיכון יש סימולציות מורכבות והסקה מסדר גבוה.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הספר המיועד לשכבת חט״ב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הספר המיועד לשכבת תיכון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הלב: הכנה לבגרות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חט״ב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גשר העשרה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גשר לתיכון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הבחירה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ההגדרה נשמרת במכשיר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סוג מסלול: רגיל, חנ״מ או עולים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עמודי האתר משתנים בהתאם לבחירה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שכבה: יסודי, חט״ב או תיכון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אתר אחד מציע כמה מסלולים שונים.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מסלול רגיל למסלול חנ״מ?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ספר שייך לכל שכבת 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מסלולים והתאמות באתר ספרות לבגרות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